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657" w:type="dxa"/>
        <w:jc w:val="center"/>
        <w:tblInd w:w="0" w:type="dxa"/>
        <w:tblLayout w:type="fixed"/>
        <w:tblCellMar>
          <w:top w:w="80" w:type="dxa"/>
          <w:start w:w="120" w:type="dxa"/>
          <w:bottom w:w="80" w:type="dxa"/>
          <w:end w:w="120" w:type="dxa"/>
        </w:tblCellMar>
        <w:tblLook w:val="04a0" w:firstRow="1" w:noVBand="1" w:lastRow="0" w:firstColumn="1" w:lastColumn="0" w:noHBand="0"/>
      </w:tblPr>
      <w:tblGrid>
        <w:gridCol w:w="5102"/>
        <w:gridCol w:w="5555"/>
      </w:tblGrid>
      <w:tr>
        <w:trPr/>
        <w:tc>
          <w:tcPr>
            <w:tcW w:w="10657" w:type="dxa"/>
            <w:gridSpan w:val="2"/>
            <w:tcBorders/>
            <w:shd w:fill="004F50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/>
                <w:i w:val="false"/>
                <w:color w:val="FFFFFF"/>
                <w:sz w:val="28"/>
                <w:lang w:val="pl-PL"/>
              </w:rPr>
              <w:t>SKIEROWANIE NA BADANIA LEKARSKIE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/>
                <w:i w:val="false"/>
                <w:color w:val="FFFFFF"/>
                <w:sz w:val="18"/>
                <w:lang w:val="pl-PL"/>
              </w:rPr>
              <w:t>(wstępne/okresowe/kontrolne*))</w:t>
            </w:r>
          </w:p>
        </w:tc>
      </w:tr>
      <w:tr>
        <w:trPr/>
        <w:tc>
          <w:tcPr>
            <w:tcW w:w="5102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EAF4F3" w:val="clear"/>
            <w:tcMar>
              <w:top w:w="70" w:type="dxa"/>
              <w:start w:w="100" w:type="dxa"/>
              <w:bottom w:w="60" w:type="dxa"/>
              <w:end w:w="100" w:type="dxa"/>
            </w:tcMar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OZNACZENIE PRACODAWCY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</w:tc>
        <w:tc>
          <w:tcPr>
            <w:tcW w:w="5555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EAF4F3" w:val="clear"/>
            <w:tcMar>
              <w:top w:w="70" w:type="dxa"/>
              <w:start w:w="100" w:type="dxa"/>
              <w:bottom w:w="60" w:type="dxa"/>
              <w:end w:w="100" w:type="dxa"/>
            </w:tcMar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MIEJSCOWOŚĆ, DATA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</w:tc>
      </w:tr>
    </w:tbl>
    <w:p>
      <w:pPr>
        <w:pStyle w:val="Normal"/>
        <w:spacing w:lineRule="auto" w:line="252" w:before="0" w:after="40"/>
        <w:rPr>
          <w:lang w:val="pl-PL"/>
        </w:rPr>
      </w:pPr>
      <w:r>
        <w:rPr>
          <w:b w:val="false"/>
          <w:i w:val="false"/>
          <w:color w:val="263838"/>
          <w:sz w:val="18"/>
          <w:lang w:val="pl-PL"/>
        </w:rPr>
        <w:t>Działając na podstawie art. 229 § 4a ustawy z dnia 26 czerwca 1974 r. – Kodeks pracy (Dz. U. z 2022 r. poz. 1510), kieruję na badania lekarskie:</w:t>
      </w:r>
    </w:p>
    <w:tbl>
      <w:tblPr>
        <w:tblW w:w="10710" w:type="dxa"/>
        <w:jc w:val="center"/>
        <w:tblInd w:w="0" w:type="dxa"/>
        <w:tblLayout w:type="fixed"/>
        <w:tblCellMar>
          <w:top w:w="45" w:type="dxa"/>
          <w:start w:w="90" w:type="dxa"/>
          <w:bottom w:w="40" w:type="dxa"/>
          <w:end w:w="90" w:type="dxa"/>
        </w:tblCellMar>
        <w:tblLook w:val="04a0" w:firstRow="1" w:noVBand="1" w:lastRow="0" w:firstColumn="1" w:lastColumn="0" w:noHBand="0"/>
      </w:tblPr>
      <w:tblGrid>
        <w:gridCol w:w="10710"/>
      </w:tblGrid>
      <w:tr>
        <w:trPr/>
        <w:tc>
          <w:tcPr>
            <w:tcW w:w="10710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Pana/Panią*)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 w:val="false"/>
                <w:i/>
                <w:color w:val="687C7A"/>
                <w:sz w:val="14"/>
                <w:lang w:val="pl-PL"/>
              </w:rPr>
              <w:t>(imię i nazwisko)</w:t>
            </w:r>
          </w:p>
        </w:tc>
      </w:tr>
      <w:tr>
        <w:trPr/>
        <w:tc>
          <w:tcPr>
            <w:tcW w:w="10710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nr PESEL**)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10710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zamieszkałego/zamieszkałą*)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 w:val="false"/>
                <w:i/>
                <w:color w:val="687C7A"/>
                <w:sz w:val="14"/>
                <w:lang w:val="pl-PL"/>
              </w:rPr>
              <w:t>(miejscowość, ulica, nr domu, nr lokalu)</w:t>
            </w:r>
          </w:p>
        </w:tc>
      </w:tr>
      <w:tr>
        <w:trPr/>
        <w:tc>
          <w:tcPr>
            <w:tcW w:w="10710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zatrudnionego/zatrudnioną*) lub podejmującego/podejmującą*) pracę na stanowisku lub stanowiskach pracy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10710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EAF4F3" w:val="clear"/>
            <w:tcMar>
              <w:top w:w="50" w:type="dxa"/>
              <w:bottom w:w="50" w:type="dxa"/>
            </w:tcMar>
          </w:tcPr>
          <w:p>
            <w:pPr>
              <w:pStyle w:val="Normal"/>
              <w:spacing w:lineRule="auto" w:line="240" w:before="0" w:after="2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określenie stanowiska/stanowisk*) pracy***)</w:t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pBdr>
                <w:bottom w:val="single" w:sz="6" w:space="1" w:color="8FB7B4"/>
              </w:pBdr>
              <w:spacing w:before="0" w:after="0"/>
              <w:rPr>
                <w:rFonts w:ascii="Aptos" w:hAnsi="Aptos"/>
                <w:b w:val="false"/>
                <w:i w:val="false"/>
                <w:color w:val="263838"/>
                <w:sz w:val="18"/>
              </w:rPr>
            </w:pPr>
            <w:r>
              <w:rPr>
                <w:lang w:val="pl-PL"/>
              </w:rPr>
            </w:r>
          </w:p>
        </w:tc>
      </w:tr>
    </w:tbl>
    <w:p>
      <w:pPr>
        <w:pStyle w:val="Normal"/>
        <w:spacing w:lineRule="auto" w:line="240" w:before="0" w:after="60"/>
        <w:rPr>
          <w:rFonts w:ascii="Aptos" w:hAnsi="Aptos"/>
          <w:b w:val="false"/>
          <w:i w:val="false"/>
          <w:color w:val="263838"/>
          <w:sz w:val="17"/>
          <w:lang w:val="pl-PL"/>
        </w:rPr>
      </w:pPr>
      <w:r>
        <w:rPr>
          <w:b w:val="false"/>
          <w:i w:val="false"/>
          <w:color w:val="263838"/>
          <w:sz w:val="17"/>
          <w:lang w:val="pl-PL"/>
        </w:rPr>
      </w:r>
    </w:p>
    <w:p>
      <w:pPr>
        <w:pStyle w:val="Normal"/>
        <w:spacing w:lineRule="auto" w:line="240" w:before="0" w:after="60"/>
        <w:rPr>
          <w:rFonts w:ascii="Aptos" w:hAnsi="Aptos"/>
          <w:b w:val="false"/>
          <w:i w:val="false"/>
          <w:color w:val="263838"/>
          <w:sz w:val="17"/>
          <w:lang w:val="pl-PL"/>
        </w:rPr>
      </w:pPr>
      <w:r>
        <w:rPr>
          <w:b w:val="false"/>
          <w:i w:val="false"/>
          <w:color w:val="263838"/>
          <w:sz w:val="17"/>
          <w:lang w:val="pl-PL"/>
        </w:rPr>
        <w:t>Opis warunków pracy uwzględniający informacje o występowaniu na stanowisku lub stanowiskach pracy, czynników niebezpiecznych, szkodliwych dla zdrowia lub czynników uciążliwych i innych wynikających ze sposobu wykonywania pracy, z podaniem wielkości narażenia oraz aktualnych wyników badań i pomiarów czynników szkodliwych dla zdrowia, wykonanych na tym stanowisku/stanowiskach – należy wpisać nazwę czynnika/czynników i wielkość/wielkości narażenia****)</w:t>
      </w:r>
    </w:p>
    <w:tbl>
      <w:tblPr>
        <w:tblW w:w="10756" w:type="dxa"/>
        <w:jc w:val="center"/>
        <w:tblInd w:w="0" w:type="dxa"/>
        <w:tblLayout w:type="fixed"/>
        <w:tblCellMar>
          <w:top w:w="55" w:type="dxa"/>
          <w:start w:w="80" w:type="dxa"/>
          <w:bottom w:w="55" w:type="dxa"/>
          <w:end w:w="80" w:type="dxa"/>
        </w:tblCellMar>
        <w:tblLook w:val="04a0" w:firstRow="1" w:noVBand="1" w:lastRow="0" w:firstColumn="1" w:lastColumn="0" w:noHBand="0"/>
      </w:tblPr>
      <w:tblGrid>
        <w:gridCol w:w="2948"/>
        <w:gridCol w:w="3571"/>
        <w:gridCol w:w="2438"/>
        <w:gridCol w:w="1799"/>
      </w:tblGrid>
      <w:tr>
        <w:trPr>
          <w:trHeight w:val="612" w:hRule="atLeast"/>
        </w:trPr>
        <w:tc>
          <w:tcPr>
            <w:tcW w:w="2948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7"/>
                <w:lang w:val="pl-PL"/>
              </w:rPr>
              <w:t>I.  Czynniki fizyczne:</w:t>
            </w:r>
          </w:p>
        </w:tc>
        <w:tc>
          <w:tcPr>
            <w:tcW w:w="7808" w:type="dxa"/>
            <w:gridSpan w:val="3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>
          <w:trHeight w:val="612" w:hRule="atLeast"/>
        </w:trPr>
        <w:tc>
          <w:tcPr>
            <w:tcW w:w="2948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7"/>
                <w:lang w:val="pl-PL"/>
              </w:rPr>
              <w:t>II.  Pyły:</w:t>
            </w:r>
          </w:p>
        </w:tc>
        <w:tc>
          <w:tcPr>
            <w:tcW w:w="7808" w:type="dxa"/>
            <w:gridSpan w:val="3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>
          <w:trHeight w:val="612" w:hRule="atLeast"/>
        </w:trPr>
        <w:tc>
          <w:tcPr>
            <w:tcW w:w="2948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7"/>
                <w:lang w:val="pl-PL"/>
              </w:rPr>
              <w:t>III.  Czynniki chemiczne:</w:t>
            </w:r>
          </w:p>
        </w:tc>
        <w:tc>
          <w:tcPr>
            <w:tcW w:w="7808" w:type="dxa"/>
            <w:gridSpan w:val="3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>
          <w:trHeight w:val="612" w:hRule="atLeast"/>
        </w:trPr>
        <w:tc>
          <w:tcPr>
            <w:tcW w:w="2948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7"/>
                <w:lang w:val="pl-PL"/>
              </w:rPr>
              <w:t>IV.  Czynniki biologiczne:</w:t>
            </w:r>
          </w:p>
        </w:tc>
        <w:tc>
          <w:tcPr>
            <w:tcW w:w="7808" w:type="dxa"/>
            <w:gridSpan w:val="3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>
          <w:trHeight w:val="612" w:hRule="atLeast"/>
        </w:trPr>
        <w:tc>
          <w:tcPr>
            <w:tcW w:w="2948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7"/>
                <w:lang w:val="pl-PL"/>
              </w:rPr>
              <w:t>V.  Inne czynniki, w tym niebezpieczne:</w:t>
            </w:r>
          </w:p>
        </w:tc>
        <w:tc>
          <w:tcPr>
            <w:tcW w:w="7808" w:type="dxa"/>
            <w:gridSpan w:val="3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8957" w:type="dxa"/>
            <w:gridSpan w:val="3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EAF4F3" w:val="clear"/>
          </w:tcPr>
          <w:p>
            <w:pPr>
              <w:pStyle w:val="Normal"/>
              <w:spacing w:lineRule="auto" w:line="240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7"/>
                <w:lang w:val="pl-PL"/>
              </w:rPr>
              <w:t>Łączna liczba czynników niebezpiecznych, szkodliwych dla zdrowia lub czynników uciążliwych i innych wynikających ze sposobu wykonywania pracy wskazanych w skierowaniu:</w:t>
            </w:r>
          </w:p>
        </w:tc>
        <w:tc>
          <w:tcPr>
            <w:tcW w:w="1799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before="0" w:after="200"/>
              <w:rPr>
                <w:lang w:val="pl-PL"/>
              </w:rPr>
            </w:pPr>
            <w:r>
              <w:rPr>
                <w:lang w:val="pl-PL"/>
              </w:rPr>
            </w:r>
          </w:p>
        </w:tc>
      </w:tr>
      <w:tr>
        <w:trPr/>
        <w:tc>
          <w:tcPr>
            <w:tcW w:w="6519" w:type="dxa"/>
            <w:gridSpan w:val="2"/>
            <w:tcBorders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pStyle w:val="Normal"/>
              <w:spacing w:before="0" w:after="200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4237" w:type="dxa"/>
            <w:gridSpan w:val="2"/>
            <w:tcBorders/>
            <w:tcMar>
              <w:top w:w="0" w:type="dxa"/>
              <w:start w:w="108" w:type="dxa"/>
              <w:bottom w:w="0" w:type="dxa"/>
              <w:end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....................................................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 w:val="false"/>
                <w:i w:val="false"/>
                <w:color w:val="687C7A"/>
                <w:sz w:val="16"/>
                <w:lang w:val="pl-PL"/>
              </w:rPr>
              <w:t>(podpis pracodawcy)</w:t>
            </w:r>
          </w:p>
        </w:tc>
      </w:tr>
    </w:tbl>
    <w:p>
      <w:pPr>
        <w:pStyle w:val="Normal"/>
        <w:rPr>
          <w:lang w:val="pl-PL"/>
        </w:rPr>
      </w:pPr>
      <w:r>
        <w:br w:type="page"/>
      </w:r>
      <w:r>
        <w:rPr>
          <w:lang w:val="pl-PL"/>
        </w:rPr>
        <w:br/>
      </w:r>
    </w:p>
    <w:tbl>
      <w:tblPr>
        <w:tblW w:w="10734" w:type="dxa"/>
        <w:jc w:val="center"/>
        <w:tblInd w:w="0" w:type="dxa"/>
        <w:tblLayout w:type="fixed"/>
        <w:tblCellMar>
          <w:top w:w="70" w:type="dxa"/>
          <w:start w:w="100" w:type="dxa"/>
          <w:bottom w:w="70" w:type="dxa"/>
          <w:end w:w="100" w:type="dxa"/>
        </w:tblCellMar>
        <w:tblLook w:val="04a0" w:firstRow="1" w:noVBand="1" w:lastRow="0" w:firstColumn="1" w:lastColumn="0" w:noHBand="0"/>
      </w:tblPr>
      <w:tblGrid>
        <w:gridCol w:w="10734"/>
      </w:tblGrid>
      <w:tr>
        <w:trPr/>
        <w:tc>
          <w:tcPr>
            <w:tcW w:w="10734" w:type="dxa"/>
            <w:tcBorders/>
            <w:shd w:fill="004F50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/>
                <w:i w:val="false"/>
                <w:color w:val="FFFFFF"/>
                <w:sz w:val="25"/>
                <w:lang w:val="pl-PL"/>
              </w:rPr>
              <w:t>OBJAŚNIENIA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* Niepotrzebne skreślić.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** W przypadku osoby, której nie nadano numeru PESEL – seria, numer i nazwa dokumentu stwierdzającego tożsamość, a w przypadku osoby przyjmowanej do pracy – data urodzenia.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*** Opisać: rodzaj pracy, podstawowe czynności, sposób i czas ich wykonywania.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**** Opis warunków pracy uwzględniający w szczególności przepisy: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1) wydane na podstawie: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a) art. 222 § 3 ustawy z dnia 26 czerwca 1974 r. – Kodeks pracy dotyczące wykazu substancji chemicznych, ich mieszanin, czynników lub procesów technologicznych o działaniu rakotwórczym lub mutagennym,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b) art. 222¹ § 3 ustawy z dnia 26 czerwca 1974 r. – Kodeks pracy dotyczące wykazu szkodliwych czynników biologicznych,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c) art. 227 § 2 ustawy z dnia 26 czerwca 1974 r. – Kodeks pracy dotyczące badań i pomiarów czynników szkodliwych dla zdrowia,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d) art. 228 § 3 ustawy z dnia 26 czerwca 1974 r. – Kodeks pracy dotyczące wykazu najwyższych dopuszczalnych stężeń i natężeń czynników szkodliwych dla zdrowia w środowisku pracy,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6FAFA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e) art. 25 pkt 1 ustawy z dnia 29 listopada 2000 r. – Prawo atomowe (Dz. U. z 2021 r. poz. 1941 oraz z 2022 r. poz. 974) dotyczące wskaźników pozwalających na wyznaczenie dawek promieniowania jonizującego stosowanych przy ocenie narażenia na promieniowanie jonizujące;</w:t>
            </w:r>
          </w:p>
        </w:tc>
      </w:tr>
      <w:tr>
        <w:trPr/>
        <w:tc>
          <w:tcPr>
            <w:tcW w:w="10734" w:type="dxa"/>
            <w:tcBorders>
              <w:top w:val="single" w:sz="4" w:space="0" w:color="B8D2D0"/>
              <w:start w:val="single" w:sz="4" w:space="0" w:color="B8D2D0"/>
              <w:bottom w:val="single" w:sz="4" w:space="0" w:color="B8D2D0"/>
              <w:end w:val="single" w:sz="4" w:space="0" w:color="B8D2D0"/>
            </w:tcBorders>
            <w:shd w:fill="FFFFFF" w:val="clear"/>
          </w:tcPr>
          <w:p>
            <w:pPr>
              <w:pStyle w:val="Normal"/>
              <w:spacing w:lineRule="auto" w:line="252" w:before="0" w:after="0"/>
              <w:rPr>
                <w:lang w:val="pl-PL"/>
              </w:rPr>
            </w:pPr>
            <w:r>
              <w:rPr>
                <w:b w:val="false"/>
                <w:i w:val="false"/>
                <w:color w:val="263838"/>
                <w:sz w:val="18"/>
                <w:lang w:val="pl-PL"/>
              </w:rPr>
              <w:t>załącznika nr 1 do rozporządzenia Ministra Zdrowia i Opieki Społecznej z dnia 30 maja 1996 r. w sprawie przeprowadzania badań lekarskich pracowników, zakresu profilaktycznej opieki zdrowotnej nad pracownikami oraz orzeczeń lekarskich wydawanych do celów przewidzianych w Kodeksie pracy (t.j. Dz. U. z 2016 r. poz. 2067 z późn. zm.)</w:t>
            </w:r>
          </w:p>
        </w:tc>
      </w:tr>
      <w:tr>
        <w:trPr/>
        <w:tc>
          <w:tcPr>
            <w:tcW w:w="10734" w:type="dxa"/>
            <w:tcBorders>
              <w:top w:val="single" w:sz="8" w:space="0" w:color="004F50"/>
              <w:start w:val="single" w:sz="8" w:space="0" w:color="004F50"/>
              <w:bottom w:val="single" w:sz="8" w:space="0" w:color="004F50"/>
              <w:end w:val="single" w:sz="8" w:space="0" w:color="004F50"/>
            </w:tcBorders>
            <w:shd w:fill="EAF4F3" w:val="clea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lang w:val="pl-PL"/>
              </w:rPr>
            </w:pPr>
            <w:r>
              <w:rPr>
                <w:b/>
                <w:i w:val="false"/>
                <w:color w:val="004F50"/>
                <w:sz w:val="18"/>
                <w:lang w:val="pl-PL"/>
              </w:rPr>
              <w:t>Skierowanie na badania lekarskie jest wydawane w dwóch egzemplarzach, z których jeden otrzymuje osoba kierowana na badania.</w:t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765" w:right="765" w:gutter="0" w:header="198" w:top="595" w:footer="255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center"/>
      <w:rPr/>
    </w:pPr>
    <w:r>
      <w:rPr>
        <w:b w:val="false"/>
        <w:i w:val="false"/>
        <w:color w:val="6E8280"/>
        <w:sz w:val="14"/>
      </w:rPr>
      <w:t>Medi City Point Group / MediPrawko.pl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0" w:after="0"/>
      <w:jc w:val="center"/>
      <w:rPr/>
    </w:pPr>
    <w:r>
      <w:rPr>
        <w:b w:val="false"/>
        <w:i w:val="false"/>
        <w:color w:val="6E8280"/>
        <w:sz w:val="14"/>
      </w:rPr>
      <w:t>Medi City Point Group / MediPrawko.pl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"/>
      <w:jc w:val="start"/>
      <w:rPr/>
    </w:pPr>
    <w:r>
      <w:rPr/>
      <w:drawing>
        <wp:inline distT="0" distB="0" distL="0" distR="0">
          <wp:extent cx="2592070" cy="1079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"/>
      <w:jc w:val="start"/>
      <w:rPr/>
    </w:pPr>
    <w:r>
      <w:rPr/>
      <w:drawing>
        <wp:inline distT="0" distB="0" distL="0" distR="0">
          <wp:extent cx="2592070" cy="10795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9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Aptos" w:hAnsi="Aptos" w:eastAsia="ＭＳ 明朝" w:cs=""/>
      <w:color w:val="263838"/>
      <w:kern w:val="0"/>
      <w:sz w:val="19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2</Pages>
  <Words>418</Words>
  <Characters>2666</Characters>
  <CharactersWithSpaces>3063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Medi City Point Group / MediPrawko.pl</dc:creator>
  <dc:description>generated by python-docx</dc:description>
  <dc:language>pl-PL</dc:language>
  <cp:lastModifiedBy/>
  <cp:lastPrinted>2026-08-26T17:23:09Z</cp:lastPrinted>
  <dcterms:modified xsi:type="dcterms:W3CDTF">2026-08-26T17:24:50Z</dcterms:modified>
  <cp:revision>2</cp:revision>
  <dc:subject>Wzór skierowania</dc:subject>
  <dc:title>Skierowanie na badania lekarskie - MediPrawko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